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8B242" w14:textId="77777777" w:rsidR="004578B3" w:rsidRDefault="004578B3" w:rsidP="004578B3">
      <w:pPr>
        <w:pStyle w:val="Title"/>
        <w:jc w:val="center"/>
      </w:pPr>
      <w:r>
        <w:rPr>
          <w:noProof/>
        </w:rPr>
        <w:drawing>
          <wp:inline distT="0" distB="0" distL="0" distR="0" wp14:anchorId="6C39D72F" wp14:editId="0AD9A268">
            <wp:extent cx="3762375" cy="3762375"/>
            <wp:effectExtent l="0" t="0" r="9525" b="9525"/>
            <wp:docPr id="569389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9319" name="Picture 5693893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C15A" w14:textId="311DFD27" w:rsidR="004578B3" w:rsidRPr="004578B3" w:rsidRDefault="004578B3" w:rsidP="004578B3">
      <w:r>
        <w:rPr>
          <w:noProof/>
        </w:rPr>
        <w:drawing>
          <wp:inline distT="0" distB="0" distL="0" distR="0" wp14:anchorId="668594B6" wp14:editId="631F523F">
            <wp:extent cx="5112385" cy="2129570"/>
            <wp:effectExtent l="228600" t="285750" r="240665" b="290195"/>
            <wp:docPr id="775696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96506" name="Picture 7756965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467" cy="2167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CEE1B44" w14:textId="0B2F9BCD" w:rsidR="00F50779" w:rsidRDefault="00000000">
      <w:pPr>
        <w:pStyle w:val="Title"/>
      </w:pPr>
      <w:r>
        <w:t>Computerwkz LLC Yearly &amp; Monthly Maintenance Contract</w:t>
      </w:r>
    </w:p>
    <w:p w14:paraId="559900F4" w14:textId="77777777" w:rsidR="00F50779" w:rsidRDefault="00000000">
      <w:r>
        <w:rPr>
          <w:noProof/>
        </w:rPr>
        <w:lastRenderedPageBreak/>
        <w:drawing>
          <wp:inline distT="0" distB="0" distL="0" distR="0" wp14:anchorId="75413016" wp14:editId="0D122E3E">
            <wp:extent cx="4492689" cy="61722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2037a7-c964-4c0e-b7cf-fa995d41efff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204" cy="62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7737" w14:textId="77777777" w:rsidR="00F50779" w:rsidRDefault="00000000">
      <w:pPr>
        <w:pStyle w:val="Heading1"/>
      </w:pPr>
      <w:r>
        <w:t>Client Information</w:t>
      </w:r>
    </w:p>
    <w:p w14:paraId="7DD86C5E" w14:textId="77777777" w:rsidR="00F50779" w:rsidRDefault="00000000">
      <w:r>
        <w:t>Company Name: ______________________________</w:t>
      </w:r>
    </w:p>
    <w:p w14:paraId="72C247DC" w14:textId="77777777" w:rsidR="00F50779" w:rsidRDefault="00000000">
      <w:r>
        <w:t>Contact Name: ______________________________</w:t>
      </w:r>
    </w:p>
    <w:p w14:paraId="224BAA8D" w14:textId="77777777" w:rsidR="00F50779" w:rsidRDefault="00000000">
      <w:r>
        <w:t>Address: ___________________________________</w:t>
      </w:r>
    </w:p>
    <w:p w14:paraId="4BDA9ECA" w14:textId="77777777" w:rsidR="00F50779" w:rsidRDefault="00000000">
      <w:r>
        <w:t>Phone: _____________________________________</w:t>
      </w:r>
    </w:p>
    <w:p w14:paraId="1D0A94BC" w14:textId="77777777" w:rsidR="00F50779" w:rsidRDefault="00000000">
      <w:r>
        <w:t>Email: ______________________________________</w:t>
      </w:r>
    </w:p>
    <w:p w14:paraId="39F8B29C" w14:textId="77777777" w:rsidR="00F50779" w:rsidRDefault="00000000">
      <w:pPr>
        <w:pStyle w:val="Heading1"/>
      </w:pPr>
      <w:r>
        <w:lastRenderedPageBreak/>
        <w:t>Contract Options</w:t>
      </w:r>
    </w:p>
    <w:p w14:paraId="14E8DAFF" w14:textId="77777777" w:rsidR="00F50779" w:rsidRDefault="00000000">
      <w:r>
        <w:t>Yearly Contract – Priority Support, Preventative Maintenance, Annual Billing.</w:t>
      </w:r>
    </w:p>
    <w:p w14:paraId="442637B0" w14:textId="77777777" w:rsidR="00F50779" w:rsidRDefault="00000000">
      <w:r>
        <w:t>Monthly Contract – Flexible Month-to-Month Managed Services.</w:t>
      </w:r>
    </w:p>
    <w:p w14:paraId="0933269E" w14:textId="77777777" w:rsidR="00F50779" w:rsidRDefault="00000000">
      <w:pPr>
        <w:pStyle w:val="Heading1"/>
      </w:pPr>
      <w:r>
        <w:t>Maintenance Includes</w:t>
      </w:r>
    </w:p>
    <w:p w14:paraId="0A5D4069" w14:textId="77777777" w:rsidR="00F50779" w:rsidRDefault="00000000">
      <w:pPr>
        <w:pStyle w:val="ListBullet"/>
      </w:pPr>
      <w:r>
        <w:t>24/7 Monitoring &amp; Alerts</w:t>
      </w:r>
    </w:p>
    <w:p w14:paraId="367CBAC9" w14:textId="77777777" w:rsidR="00F50779" w:rsidRDefault="00000000">
      <w:pPr>
        <w:pStyle w:val="ListBullet"/>
      </w:pPr>
      <w:r>
        <w:t>Software &amp; Security Updates</w:t>
      </w:r>
    </w:p>
    <w:p w14:paraId="6A168529" w14:textId="77777777" w:rsidR="00F50779" w:rsidRDefault="00000000">
      <w:pPr>
        <w:pStyle w:val="ListBullet"/>
      </w:pPr>
      <w:r>
        <w:t>Antivirus &amp; Malware Protection</w:t>
      </w:r>
    </w:p>
    <w:p w14:paraId="7CFF756B" w14:textId="77777777" w:rsidR="00F50779" w:rsidRDefault="00000000">
      <w:pPr>
        <w:pStyle w:val="ListBullet"/>
      </w:pPr>
      <w:r>
        <w:t>Backup Management</w:t>
      </w:r>
    </w:p>
    <w:p w14:paraId="6F488FEA" w14:textId="77777777" w:rsidR="00F50779" w:rsidRDefault="00000000">
      <w:pPr>
        <w:pStyle w:val="ListBullet"/>
      </w:pPr>
      <w:r>
        <w:t>Network Management</w:t>
      </w:r>
    </w:p>
    <w:p w14:paraId="4DC60290" w14:textId="77777777" w:rsidR="00F50779" w:rsidRDefault="00000000">
      <w:pPr>
        <w:pStyle w:val="ListBullet"/>
      </w:pPr>
      <w:r>
        <w:t>Hardware Maintenance</w:t>
      </w:r>
    </w:p>
    <w:p w14:paraId="405D2036" w14:textId="77777777" w:rsidR="00F50779" w:rsidRDefault="00000000">
      <w:pPr>
        <w:pStyle w:val="ListBullet"/>
      </w:pPr>
      <w:r>
        <w:t>Help Desk &amp; Technical Support</w:t>
      </w:r>
    </w:p>
    <w:p w14:paraId="4FA97F8C" w14:textId="77777777" w:rsidR="00F50779" w:rsidRDefault="00000000">
      <w:pPr>
        <w:pStyle w:val="ListBullet"/>
      </w:pPr>
      <w:r>
        <w:t>Performance Optimization</w:t>
      </w:r>
    </w:p>
    <w:p w14:paraId="348F0616" w14:textId="77777777" w:rsidR="00F50779" w:rsidRDefault="00000000">
      <w:pPr>
        <w:pStyle w:val="ListBullet"/>
      </w:pPr>
      <w:r>
        <w:t>Documentation &amp; Reporting</w:t>
      </w:r>
    </w:p>
    <w:p w14:paraId="6DE946DE" w14:textId="77777777" w:rsidR="00F50779" w:rsidRDefault="00000000">
      <w:pPr>
        <w:pStyle w:val="ListBullet"/>
      </w:pPr>
      <w:r>
        <w:t>On-Site Support Visits</w:t>
      </w:r>
    </w:p>
    <w:p w14:paraId="29509A6D" w14:textId="77777777" w:rsidR="00F50779" w:rsidRDefault="00000000">
      <w:pPr>
        <w:pStyle w:val="Heading1"/>
      </w:pPr>
      <w:r>
        <w:t>Service Coverage</w:t>
      </w:r>
    </w:p>
    <w:p w14:paraId="1441111B" w14:textId="77777777" w:rsidR="00F50779" w:rsidRDefault="00000000">
      <w:r>
        <w:t>IT Infrastructure, Servers, POS Systems, Self-Checkout, Wide Format Printing, Photo Labs, CTP, Thermal Printing, Inkjet Systems, Flexographic Equipment.</w:t>
      </w:r>
    </w:p>
    <w:p w14:paraId="1F39F38E" w14:textId="77777777" w:rsidR="00F50779" w:rsidRDefault="00000000">
      <w:pPr>
        <w:pStyle w:val="Heading1"/>
      </w:pPr>
      <w:r>
        <w:t>SLA Response Times</w:t>
      </w:r>
    </w:p>
    <w:p w14:paraId="0D4151A6" w14:textId="77777777" w:rsidR="00F50779" w:rsidRDefault="00000000">
      <w:r>
        <w:t>Priority 1: 2 Hours | Priority 2: 4 Hours | Priority 3: 8 Hours | Priority 4: 1 Business Day</w:t>
      </w:r>
    </w:p>
    <w:p w14:paraId="1DE61696" w14:textId="77777777" w:rsidR="00F50779" w:rsidRDefault="00000000">
      <w:r>
        <w:br/>
        <w:t>Client Signature: ______________________   Date: __________</w:t>
      </w:r>
    </w:p>
    <w:p w14:paraId="1EFD44B2" w14:textId="77777777" w:rsidR="00F50779" w:rsidRDefault="00000000">
      <w:r>
        <w:t>Computerwkz LLC: ______________________   Date: __________</w:t>
      </w:r>
    </w:p>
    <w:sectPr w:rsidR="00F50779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26631214">
    <w:abstractNumId w:val="8"/>
  </w:num>
  <w:num w:numId="2" w16cid:durableId="1597206104">
    <w:abstractNumId w:val="6"/>
  </w:num>
  <w:num w:numId="3" w16cid:durableId="2014870316">
    <w:abstractNumId w:val="5"/>
  </w:num>
  <w:num w:numId="4" w16cid:durableId="1260873246">
    <w:abstractNumId w:val="4"/>
  </w:num>
  <w:num w:numId="5" w16cid:durableId="1005862140">
    <w:abstractNumId w:val="7"/>
  </w:num>
  <w:num w:numId="6" w16cid:durableId="1639917564">
    <w:abstractNumId w:val="3"/>
  </w:num>
  <w:num w:numId="7" w16cid:durableId="293873508">
    <w:abstractNumId w:val="2"/>
  </w:num>
  <w:num w:numId="8" w16cid:durableId="1029453338">
    <w:abstractNumId w:val="1"/>
  </w:num>
  <w:num w:numId="9" w16cid:durableId="176776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10D6B"/>
    <w:rsid w:val="00326F90"/>
    <w:rsid w:val="004578B3"/>
    <w:rsid w:val="00AA1D8D"/>
    <w:rsid w:val="00B47730"/>
    <w:rsid w:val="00CB0664"/>
    <w:rsid w:val="00F5077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29D6A4"/>
  <w14:defaultImageDpi w14:val="300"/>
  <w15:docId w15:val="{C427EFC5-8E5A-425D-8275-9258F84E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123</Words>
  <Characters>1007</Characters>
  <Application>Microsoft Office Word</Application>
  <DocSecurity>0</DocSecurity>
  <Lines>31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Raymond Gerena</cp:lastModifiedBy>
  <cp:revision>2</cp:revision>
  <dcterms:created xsi:type="dcterms:W3CDTF">2026-06-19T13:16:00Z</dcterms:created>
  <dcterms:modified xsi:type="dcterms:W3CDTF">2026-06-19T13:16:00Z</dcterms:modified>
  <cp:category/>
</cp:coreProperties>
</file>